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C27" w:rsidRPr="007B2658" w:rsidRDefault="00371A16" w:rsidP="006C0E88">
      <w:pPr>
        <w:jc w:val="right"/>
        <w:rPr>
          <w:rFonts w:asciiTheme="majorHAnsi" w:hAnsiTheme="majorHAnsi" w:cstheme="majorHAnsi"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i/>
          <w:sz w:val="18"/>
          <w:szCs w:val="20"/>
          <w:lang w:val="pl-PL"/>
        </w:rPr>
        <w:t xml:space="preserve">Miejscowość: </w:t>
      </w:r>
      <w:r w:rsidR="007B2658">
        <w:rPr>
          <w:rFonts w:asciiTheme="majorHAnsi" w:hAnsiTheme="majorHAnsi" w:cstheme="majorHAnsi"/>
          <w:i/>
          <w:sz w:val="18"/>
          <w:szCs w:val="20"/>
          <w:lang w:val="pl-PL"/>
        </w:rPr>
        <w:t xml:space="preserve">Ełk, </w:t>
      </w:r>
      <w:r w:rsidRPr="007B2658">
        <w:rPr>
          <w:rFonts w:asciiTheme="majorHAnsi" w:hAnsiTheme="majorHAnsi" w:cstheme="majorHAnsi"/>
          <w:i/>
          <w:sz w:val="18"/>
          <w:szCs w:val="20"/>
          <w:lang w:val="pl-PL"/>
        </w:rPr>
        <w:t xml:space="preserve">Data: </w:t>
      </w:r>
      <w:r w:rsidR="007B2658">
        <w:rPr>
          <w:rFonts w:asciiTheme="majorHAnsi" w:hAnsiTheme="majorHAnsi" w:cstheme="majorHAnsi"/>
          <w:i/>
          <w:sz w:val="18"/>
          <w:szCs w:val="20"/>
          <w:lang w:val="pl-PL"/>
        </w:rPr>
        <w:t>30.10.2026</w:t>
      </w:r>
      <w:r w:rsidRPr="007B2658">
        <w:rPr>
          <w:rFonts w:asciiTheme="majorHAnsi" w:hAnsiTheme="majorHAnsi" w:cstheme="majorHAnsi"/>
          <w:i/>
          <w:sz w:val="18"/>
          <w:szCs w:val="20"/>
          <w:lang w:val="pl-PL"/>
        </w:rPr>
        <w:t>r.</w:t>
      </w:r>
    </w:p>
    <w:p w:rsidR="00EC07BC" w:rsidRPr="007B2658" w:rsidRDefault="00EC07BC" w:rsidP="006C0E88">
      <w:pPr>
        <w:jc w:val="both"/>
        <w:rPr>
          <w:rFonts w:asciiTheme="majorHAnsi" w:hAnsiTheme="majorHAnsi" w:cstheme="majorHAnsi"/>
          <w:b/>
          <w:color w:val="112233"/>
          <w:sz w:val="18"/>
          <w:szCs w:val="20"/>
          <w:lang w:val="pl-PL"/>
        </w:rPr>
      </w:pPr>
    </w:p>
    <w:p w:rsidR="00EC07BC" w:rsidRPr="007B2658" w:rsidRDefault="00EC07BC" w:rsidP="006C0E88">
      <w:pPr>
        <w:jc w:val="center"/>
        <w:rPr>
          <w:rFonts w:asciiTheme="majorHAnsi" w:hAnsiTheme="majorHAnsi" w:cstheme="majorHAnsi"/>
          <w:color w:val="222222"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b/>
          <w:color w:val="112233"/>
          <w:sz w:val="18"/>
          <w:szCs w:val="20"/>
          <w:lang w:val="pl-PL"/>
        </w:rPr>
        <w:t>CENTRUM EDUKACJI EKOLOGICZNEJ W EŁKU</w:t>
      </w:r>
      <w:r w:rsidRPr="007B2658">
        <w:rPr>
          <w:rFonts w:asciiTheme="majorHAnsi" w:hAnsiTheme="majorHAnsi" w:cstheme="majorHAnsi"/>
          <w:b/>
          <w:color w:val="112233"/>
          <w:sz w:val="18"/>
          <w:szCs w:val="20"/>
          <w:lang w:val="pl-PL"/>
        </w:rPr>
        <w:br/>
      </w:r>
      <w:r w:rsidRPr="007B2658">
        <w:rPr>
          <w:rFonts w:asciiTheme="majorHAnsi" w:hAnsiTheme="majorHAnsi" w:cstheme="majorHAnsi"/>
          <w:color w:val="555555"/>
          <w:sz w:val="18"/>
          <w:szCs w:val="20"/>
          <w:lang w:val="pl-PL"/>
        </w:rPr>
        <w:t>ul. Parkowa 12, 19-300 Ełk | tel. (87) 610 16 24 | e-mail: biuro@cee.elk.pl | www.cee.elk.pl</w:t>
      </w:r>
    </w:p>
    <w:p w:rsidR="00EC07BC" w:rsidRPr="007B2658" w:rsidRDefault="00EC07BC" w:rsidP="006C0E88">
      <w:pPr>
        <w:spacing w:after="160"/>
        <w:jc w:val="center"/>
        <w:rPr>
          <w:rFonts w:asciiTheme="majorHAnsi" w:hAnsiTheme="majorHAnsi" w:cstheme="majorHAnsi"/>
          <w:color w:val="222222"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color w:val="888888"/>
          <w:sz w:val="18"/>
          <w:szCs w:val="20"/>
          <w:lang w:val="pl-PL"/>
        </w:rPr>
        <w:t>_________________________________________________________________________________</w:t>
      </w:r>
    </w:p>
    <w:p w:rsidR="00EC07BC" w:rsidRPr="007B2658" w:rsidRDefault="00EC07BC" w:rsidP="006C0E88">
      <w:pPr>
        <w:spacing w:before="80" w:after="40"/>
        <w:jc w:val="center"/>
        <w:rPr>
          <w:rFonts w:asciiTheme="majorHAnsi" w:hAnsiTheme="majorHAnsi" w:cstheme="majorHAnsi"/>
          <w:color w:val="222222"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b/>
          <w:sz w:val="18"/>
          <w:szCs w:val="20"/>
        </w:rPr>
        <w:t>FORMULARZ ZGODY RODZICA / OPIEKUNA PRAWNEGO</w:t>
      </w:r>
      <w:r w:rsidRPr="007B2658">
        <w:rPr>
          <w:rFonts w:asciiTheme="majorHAnsi" w:hAnsiTheme="majorHAnsi" w:cstheme="majorHAnsi"/>
          <w:b/>
          <w:sz w:val="18"/>
          <w:szCs w:val="20"/>
        </w:rPr>
        <w:br/>
        <w:t xml:space="preserve">NA UDZIAŁ DZIECKA W SPACERZE </w:t>
      </w:r>
      <w:r w:rsidR="005B212E">
        <w:rPr>
          <w:rFonts w:asciiTheme="majorHAnsi" w:hAnsiTheme="majorHAnsi" w:cstheme="majorHAnsi"/>
          <w:b/>
          <w:sz w:val="18"/>
          <w:szCs w:val="20"/>
        </w:rPr>
        <w:t>ORNITOLOGICZNYM</w:t>
      </w:r>
      <w:r w:rsidRPr="007B2658">
        <w:rPr>
          <w:rFonts w:asciiTheme="majorHAnsi" w:hAnsiTheme="majorHAnsi" w:cstheme="majorHAnsi"/>
          <w:b/>
          <w:sz w:val="18"/>
          <w:szCs w:val="20"/>
        </w:rPr>
        <w:br/>
        <w:t>ORAZ NA PUBLIKACJĘ WIZERUNKU</w:t>
      </w:r>
      <w:r w:rsidRPr="007B2658">
        <w:rPr>
          <w:rFonts w:asciiTheme="majorHAnsi" w:hAnsiTheme="majorHAnsi" w:cstheme="majorHAnsi"/>
          <w:b/>
          <w:sz w:val="18"/>
          <w:szCs w:val="20"/>
        </w:rPr>
        <w:br/>
        <w:t>(mini-projekt „Razem dla Środowiska”)</w:t>
      </w:r>
    </w:p>
    <w:p w:rsidR="009F1C27" w:rsidRPr="007B2658" w:rsidRDefault="009F1C27" w:rsidP="006C0E88">
      <w:pPr>
        <w:pBdr>
          <w:bottom w:val="single" w:sz="6" w:space="1" w:color="CCCCCC"/>
        </w:pBdr>
        <w:spacing w:after="200"/>
        <w:jc w:val="center"/>
        <w:rPr>
          <w:rFonts w:asciiTheme="majorHAnsi" w:hAnsiTheme="majorHAnsi" w:cstheme="majorHAnsi"/>
          <w:sz w:val="18"/>
          <w:szCs w:val="20"/>
          <w:lang w:val="pl-PL"/>
        </w:rPr>
      </w:pPr>
      <w:proofErr w:type="spellStart"/>
      <w:r w:rsidRPr="007B2658">
        <w:rPr>
          <w:rFonts w:asciiTheme="majorHAnsi" w:hAnsiTheme="majorHAnsi" w:cstheme="majorHAnsi"/>
          <w:b/>
          <w:sz w:val="18"/>
          <w:szCs w:val="20"/>
        </w:rPr>
        <w:t>Nazwa</w:t>
      </w:r>
      <w:proofErr w:type="spellEnd"/>
      <w:r w:rsidRPr="007B2658">
        <w:rPr>
          <w:rFonts w:asciiTheme="majorHAnsi" w:hAnsiTheme="majorHAnsi" w:cstheme="majorHAnsi"/>
          <w:b/>
          <w:sz w:val="18"/>
          <w:szCs w:val="20"/>
        </w:rPr>
        <w:t xml:space="preserve"> </w:t>
      </w:r>
      <w:proofErr w:type="spellStart"/>
      <w:r w:rsidRPr="007B2658">
        <w:rPr>
          <w:rFonts w:asciiTheme="majorHAnsi" w:hAnsiTheme="majorHAnsi" w:cstheme="majorHAnsi"/>
          <w:b/>
          <w:sz w:val="18"/>
          <w:szCs w:val="20"/>
        </w:rPr>
        <w:t>wydarzenia</w:t>
      </w:r>
      <w:proofErr w:type="spellEnd"/>
      <w:r w:rsidRPr="007B2658">
        <w:rPr>
          <w:rFonts w:asciiTheme="majorHAnsi" w:hAnsiTheme="majorHAnsi" w:cstheme="majorHAnsi"/>
          <w:b/>
          <w:sz w:val="18"/>
          <w:szCs w:val="20"/>
        </w:rPr>
        <w:t>: Sp</w:t>
      </w:r>
      <w:r w:rsidR="005B212E">
        <w:rPr>
          <w:rFonts w:asciiTheme="majorHAnsi" w:hAnsiTheme="majorHAnsi" w:cstheme="majorHAnsi"/>
          <w:b/>
          <w:sz w:val="18"/>
          <w:szCs w:val="20"/>
        </w:rPr>
        <w:t xml:space="preserve">acer </w:t>
      </w:r>
      <w:proofErr w:type="spellStart"/>
      <w:r w:rsidR="005B212E">
        <w:rPr>
          <w:rFonts w:asciiTheme="majorHAnsi" w:hAnsiTheme="majorHAnsi" w:cstheme="majorHAnsi"/>
          <w:b/>
          <w:sz w:val="18"/>
          <w:szCs w:val="20"/>
        </w:rPr>
        <w:t>ornitologiczny</w:t>
      </w:r>
      <w:proofErr w:type="spellEnd"/>
      <w:r w:rsidRPr="007B2658">
        <w:rPr>
          <w:rFonts w:asciiTheme="majorHAnsi" w:hAnsiTheme="majorHAnsi" w:cstheme="majorHAnsi"/>
          <w:b/>
          <w:sz w:val="18"/>
          <w:szCs w:val="20"/>
        </w:rPr>
        <w:t xml:space="preserve">    Data </w:t>
      </w:r>
      <w:proofErr w:type="spellStart"/>
      <w:r w:rsidRPr="007B2658">
        <w:rPr>
          <w:rFonts w:asciiTheme="majorHAnsi" w:hAnsiTheme="majorHAnsi" w:cstheme="majorHAnsi"/>
          <w:b/>
          <w:sz w:val="18"/>
          <w:szCs w:val="20"/>
        </w:rPr>
        <w:t>spaceru</w:t>
      </w:r>
      <w:proofErr w:type="spellEnd"/>
      <w:r w:rsidRPr="007B2658">
        <w:rPr>
          <w:rFonts w:asciiTheme="majorHAnsi" w:hAnsiTheme="majorHAnsi" w:cstheme="majorHAnsi"/>
          <w:b/>
          <w:sz w:val="18"/>
          <w:szCs w:val="20"/>
        </w:rPr>
        <w:t xml:space="preserve">: </w:t>
      </w:r>
      <w:r w:rsidR="007B2658">
        <w:rPr>
          <w:rFonts w:asciiTheme="majorHAnsi" w:hAnsiTheme="majorHAnsi" w:cstheme="majorHAnsi"/>
          <w:b/>
          <w:sz w:val="18"/>
          <w:szCs w:val="20"/>
        </w:rPr>
        <w:t>30.10.2026 r.</w:t>
      </w:r>
    </w:p>
    <w:p w:rsidR="009F1C27" w:rsidRPr="007B2658" w:rsidRDefault="00371A16" w:rsidP="006C0E88">
      <w:pPr>
        <w:pStyle w:val="Akapitzlist"/>
        <w:numPr>
          <w:ilvl w:val="0"/>
          <w:numId w:val="10"/>
        </w:numPr>
        <w:spacing w:before="120" w:after="100"/>
        <w:jc w:val="both"/>
        <w:rPr>
          <w:rFonts w:asciiTheme="majorHAnsi" w:hAnsiTheme="majorHAnsi" w:cstheme="majorHAnsi"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b/>
          <w:sz w:val="18"/>
          <w:szCs w:val="20"/>
          <w:lang w:val="pl-PL"/>
        </w:rPr>
        <w:t>DANE IDENTYFIKACYJNE</w:t>
      </w:r>
    </w:p>
    <w:p w:rsidR="006C0E88" w:rsidRPr="007B2658" w:rsidRDefault="006C0E88" w:rsidP="006C0E88">
      <w:pPr>
        <w:pStyle w:val="Akapitzlist"/>
        <w:spacing w:before="120" w:after="100"/>
        <w:jc w:val="both"/>
        <w:rPr>
          <w:rFonts w:asciiTheme="majorHAnsi" w:hAnsiTheme="majorHAnsi" w:cstheme="majorHAnsi"/>
          <w:sz w:val="18"/>
          <w:szCs w:val="20"/>
          <w:lang w:val="pl-PL"/>
        </w:rPr>
      </w:pPr>
    </w:p>
    <w:p w:rsidR="006C0E88" w:rsidRPr="007B2658" w:rsidRDefault="00371A16" w:rsidP="006C0E88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Theme="majorHAnsi" w:hAnsiTheme="majorHAnsi" w:cstheme="majorHAnsi"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b/>
          <w:sz w:val="18"/>
          <w:szCs w:val="20"/>
          <w:lang w:val="pl-PL"/>
        </w:rPr>
        <w:t>Imię i n</w:t>
      </w:r>
      <w:r w:rsidR="006C0E88" w:rsidRPr="007B2658">
        <w:rPr>
          <w:rFonts w:asciiTheme="majorHAnsi" w:hAnsiTheme="majorHAnsi" w:cstheme="majorHAnsi"/>
          <w:b/>
          <w:sz w:val="18"/>
          <w:szCs w:val="20"/>
          <w:lang w:val="pl-PL"/>
        </w:rPr>
        <w:t>azwisko dziecka (małoletniego):</w:t>
      </w:r>
    </w:p>
    <w:p w:rsidR="009F1C27" w:rsidRPr="007B2658" w:rsidRDefault="00371A16" w:rsidP="006C0E88">
      <w:pPr>
        <w:pStyle w:val="Akapitzlist"/>
        <w:spacing w:line="360" w:lineRule="auto"/>
        <w:jc w:val="both"/>
        <w:rPr>
          <w:rFonts w:asciiTheme="majorHAnsi" w:hAnsiTheme="majorHAnsi" w:cstheme="majorHAnsi"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sz w:val="18"/>
          <w:szCs w:val="20"/>
          <w:lang w:val="pl-PL"/>
        </w:rPr>
        <w:t>.........................................................................................................</w:t>
      </w:r>
    </w:p>
    <w:p w:rsidR="006C0E88" w:rsidRPr="007B2658" w:rsidRDefault="00371A16" w:rsidP="006C0E88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Theme="majorHAnsi" w:hAnsiTheme="majorHAnsi" w:cstheme="majorHAnsi"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b/>
          <w:sz w:val="18"/>
          <w:szCs w:val="20"/>
          <w:lang w:val="pl-PL"/>
        </w:rPr>
        <w:t>Imię i nazwis</w:t>
      </w:r>
      <w:r w:rsidR="006C0E88" w:rsidRPr="007B2658">
        <w:rPr>
          <w:rFonts w:asciiTheme="majorHAnsi" w:hAnsiTheme="majorHAnsi" w:cstheme="majorHAnsi"/>
          <w:b/>
          <w:sz w:val="18"/>
          <w:szCs w:val="20"/>
          <w:lang w:val="pl-PL"/>
        </w:rPr>
        <w:t>ko rodzica / opiekuna prawnego:</w:t>
      </w:r>
    </w:p>
    <w:p w:rsidR="009F1C27" w:rsidRPr="007B2658" w:rsidRDefault="00371A16" w:rsidP="006C0E88">
      <w:pPr>
        <w:pStyle w:val="Akapitzlist"/>
        <w:spacing w:line="360" w:lineRule="auto"/>
        <w:jc w:val="both"/>
        <w:rPr>
          <w:rFonts w:asciiTheme="majorHAnsi" w:hAnsiTheme="majorHAnsi" w:cstheme="majorHAnsi"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sz w:val="18"/>
          <w:szCs w:val="20"/>
          <w:lang w:val="pl-PL"/>
        </w:rPr>
        <w:t>.........................................................................................................</w:t>
      </w:r>
    </w:p>
    <w:p w:rsidR="006C0E88" w:rsidRPr="007B2658" w:rsidRDefault="00371A16" w:rsidP="006C0E88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Theme="majorHAnsi" w:hAnsiTheme="majorHAnsi" w:cstheme="majorHAnsi"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b/>
          <w:sz w:val="18"/>
          <w:szCs w:val="20"/>
          <w:lang w:val="pl-PL"/>
        </w:rPr>
        <w:t>Numer telefonu</w:t>
      </w:r>
      <w:r w:rsidR="006C0E88" w:rsidRPr="007B2658">
        <w:rPr>
          <w:rFonts w:asciiTheme="majorHAnsi" w:hAnsiTheme="majorHAnsi" w:cstheme="majorHAnsi"/>
          <w:b/>
          <w:sz w:val="18"/>
          <w:szCs w:val="20"/>
          <w:lang w:val="pl-PL"/>
        </w:rPr>
        <w:t xml:space="preserve"> / adres e-mail (OPCJONALNIE)*:</w:t>
      </w:r>
    </w:p>
    <w:p w:rsidR="009F1C27" w:rsidRPr="007B2658" w:rsidRDefault="00371A16" w:rsidP="006C0E88">
      <w:pPr>
        <w:pStyle w:val="Akapitzlist"/>
        <w:spacing w:line="360" w:lineRule="auto"/>
        <w:jc w:val="both"/>
        <w:rPr>
          <w:rFonts w:asciiTheme="majorHAnsi" w:hAnsiTheme="majorHAnsi" w:cstheme="majorHAnsi"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sz w:val="18"/>
          <w:szCs w:val="20"/>
          <w:lang w:val="pl-PL"/>
        </w:rPr>
        <w:t>.........................................................................................................</w:t>
      </w:r>
    </w:p>
    <w:p w:rsidR="009F1C27" w:rsidRPr="007B2658" w:rsidRDefault="00371A16" w:rsidP="006C0E88">
      <w:pPr>
        <w:spacing w:after="200"/>
        <w:jc w:val="both"/>
        <w:rPr>
          <w:rFonts w:asciiTheme="majorHAnsi" w:hAnsiTheme="majorHAnsi" w:cstheme="majorHAnsi"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i/>
          <w:color w:val="555555"/>
          <w:sz w:val="18"/>
          <w:szCs w:val="20"/>
          <w:lang w:val="pl-PL"/>
        </w:rPr>
        <w:t>* Podanie numeru telefonu/e-mail jest dobrowolne i służy wyłącznie do kontaktów organizacyjnych CEE w Ełku.</w:t>
      </w:r>
    </w:p>
    <w:p w:rsidR="009F1C27" w:rsidRPr="007B2658" w:rsidRDefault="00371A16" w:rsidP="006C0E88">
      <w:pPr>
        <w:pStyle w:val="Akapitzlist"/>
        <w:numPr>
          <w:ilvl w:val="0"/>
          <w:numId w:val="10"/>
        </w:numPr>
        <w:spacing w:before="120" w:after="100"/>
        <w:rPr>
          <w:rFonts w:asciiTheme="majorHAnsi" w:hAnsiTheme="majorHAnsi" w:cstheme="majorHAnsi"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b/>
          <w:sz w:val="18"/>
          <w:szCs w:val="20"/>
        </w:rPr>
        <w:t>ZGODA NA UDZIAŁ W SPACERZE ORAZ DOBROWOLNE ZGODY NA WIZERUNEK (OPT-IN)</w:t>
      </w:r>
    </w:p>
    <w:p w:rsidR="00EC07BC" w:rsidRPr="007B2658" w:rsidRDefault="00EC07BC" w:rsidP="005B212E">
      <w:pPr>
        <w:spacing w:after="120"/>
        <w:rPr>
          <w:rFonts w:asciiTheme="majorHAnsi" w:hAnsiTheme="majorHAnsi" w:cstheme="majorHAnsi"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b/>
          <w:sz w:val="18"/>
          <w:szCs w:val="20"/>
        </w:rPr>
        <w:t xml:space="preserve">1. ZGODA NA UDZIAŁ W SPACERZE </w:t>
      </w:r>
      <w:r w:rsidR="005B212E">
        <w:rPr>
          <w:rFonts w:asciiTheme="majorHAnsi" w:hAnsiTheme="majorHAnsi" w:cstheme="majorHAnsi"/>
          <w:b/>
          <w:sz w:val="18"/>
          <w:szCs w:val="20"/>
        </w:rPr>
        <w:t>ORNITOLOGICZNYM</w:t>
      </w:r>
      <w:r w:rsidRPr="007B2658">
        <w:rPr>
          <w:rFonts w:asciiTheme="majorHAnsi" w:hAnsiTheme="majorHAnsi" w:cstheme="majorHAnsi"/>
          <w:b/>
          <w:sz w:val="18"/>
          <w:szCs w:val="20"/>
        </w:rPr>
        <w:br/>
      </w:r>
      <w:r w:rsidRPr="007B2658">
        <w:rPr>
          <w:rFonts w:asciiTheme="majorHAnsi" w:hAnsiTheme="majorHAnsi" w:cstheme="majorHAnsi"/>
          <w:sz w:val="18"/>
          <w:szCs w:val="20"/>
        </w:rPr>
        <w:t xml:space="preserve">Jako rodzic / opiekun prawny wyżej wymienionego dziecka wyrażam zgodę na jego </w:t>
      </w:r>
      <w:proofErr w:type="spellStart"/>
      <w:r w:rsidRPr="007B2658">
        <w:rPr>
          <w:rFonts w:asciiTheme="majorHAnsi" w:hAnsiTheme="majorHAnsi" w:cstheme="majorHAnsi"/>
          <w:sz w:val="18"/>
          <w:szCs w:val="20"/>
        </w:rPr>
        <w:t>udział</w:t>
      </w:r>
      <w:proofErr w:type="spellEnd"/>
      <w:r w:rsidRPr="007B2658">
        <w:rPr>
          <w:rFonts w:asciiTheme="majorHAnsi" w:hAnsiTheme="majorHAnsi" w:cstheme="majorHAnsi"/>
          <w:sz w:val="18"/>
          <w:szCs w:val="20"/>
        </w:rPr>
        <w:t xml:space="preserve"> w </w:t>
      </w:r>
      <w:proofErr w:type="spellStart"/>
      <w:r w:rsidRPr="007B2658">
        <w:rPr>
          <w:rFonts w:asciiTheme="majorHAnsi" w:hAnsiTheme="majorHAnsi" w:cstheme="majorHAnsi"/>
          <w:sz w:val="18"/>
          <w:szCs w:val="20"/>
        </w:rPr>
        <w:t>spacerze</w:t>
      </w:r>
      <w:proofErr w:type="spellEnd"/>
      <w:r w:rsidRPr="007B2658">
        <w:rPr>
          <w:rFonts w:asciiTheme="majorHAnsi" w:hAnsiTheme="majorHAnsi" w:cstheme="majorHAnsi"/>
          <w:sz w:val="18"/>
          <w:szCs w:val="20"/>
        </w:rPr>
        <w:t xml:space="preserve"> </w:t>
      </w:r>
      <w:proofErr w:type="spellStart"/>
      <w:r w:rsidR="005B212E">
        <w:rPr>
          <w:rFonts w:asciiTheme="majorHAnsi" w:hAnsiTheme="majorHAnsi" w:cstheme="majorHAnsi"/>
          <w:sz w:val="18"/>
          <w:szCs w:val="20"/>
        </w:rPr>
        <w:t>ornitologicznym</w:t>
      </w:r>
      <w:proofErr w:type="spellEnd"/>
      <w:r w:rsidR="005B212E">
        <w:rPr>
          <w:rFonts w:asciiTheme="majorHAnsi" w:hAnsiTheme="majorHAnsi" w:cstheme="majorHAnsi"/>
          <w:sz w:val="18"/>
          <w:szCs w:val="20"/>
        </w:rPr>
        <w:t xml:space="preserve"> </w:t>
      </w:r>
      <w:proofErr w:type="spellStart"/>
      <w:r w:rsidRPr="007B2658">
        <w:rPr>
          <w:rFonts w:asciiTheme="majorHAnsi" w:hAnsiTheme="majorHAnsi" w:cstheme="majorHAnsi"/>
          <w:sz w:val="18"/>
          <w:szCs w:val="20"/>
        </w:rPr>
        <w:t>organizowanym</w:t>
      </w:r>
      <w:proofErr w:type="spellEnd"/>
      <w:r w:rsidRPr="007B2658">
        <w:rPr>
          <w:rFonts w:asciiTheme="majorHAnsi" w:hAnsiTheme="majorHAnsi" w:cstheme="majorHAnsi"/>
          <w:sz w:val="18"/>
          <w:szCs w:val="20"/>
        </w:rPr>
        <w:t xml:space="preserve"> </w:t>
      </w:r>
      <w:proofErr w:type="spellStart"/>
      <w:r w:rsidRPr="007B2658">
        <w:rPr>
          <w:rFonts w:asciiTheme="majorHAnsi" w:hAnsiTheme="majorHAnsi" w:cstheme="majorHAnsi"/>
          <w:sz w:val="18"/>
          <w:szCs w:val="20"/>
        </w:rPr>
        <w:t>przez</w:t>
      </w:r>
      <w:proofErr w:type="spellEnd"/>
      <w:r w:rsidRPr="007B2658">
        <w:rPr>
          <w:rFonts w:asciiTheme="majorHAnsi" w:hAnsiTheme="majorHAnsi" w:cstheme="majorHAnsi"/>
          <w:sz w:val="18"/>
          <w:szCs w:val="20"/>
        </w:rPr>
        <w:t xml:space="preserve"> Centrum Edukacji Ekologicznej w Ełku w ramach mini-projektu „Razem dla Środowiska”.</w:t>
      </w:r>
    </w:p>
    <w:p w:rsidR="00EC07BC" w:rsidRPr="007B2658" w:rsidRDefault="00EC07BC" w:rsidP="005B212E">
      <w:pPr>
        <w:spacing w:after="120" w:line="360" w:lineRule="auto"/>
        <w:rPr>
          <w:rFonts w:asciiTheme="majorHAnsi" w:hAnsiTheme="majorHAnsi" w:cstheme="majorHAnsi"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b/>
          <w:sz w:val="18"/>
          <w:szCs w:val="20"/>
        </w:rPr>
        <w:t>2. DOBROWOLNA ZGODA NA UTRWALANIE I PUBLIKACJĘ WIZERUNKU</w:t>
      </w:r>
      <w:r w:rsidRPr="007B2658">
        <w:rPr>
          <w:rFonts w:asciiTheme="majorHAnsi" w:hAnsiTheme="majorHAnsi" w:cstheme="majorHAnsi"/>
          <w:b/>
          <w:sz w:val="18"/>
          <w:szCs w:val="20"/>
        </w:rPr>
        <w:br/>
      </w:r>
      <w:r w:rsidRPr="007B2658">
        <w:rPr>
          <w:rFonts w:asciiTheme="majorHAnsi" w:hAnsiTheme="majorHAnsi" w:cstheme="majorHAnsi"/>
          <w:sz w:val="18"/>
          <w:szCs w:val="20"/>
        </w:rPr>
        <w:t xml:space="preserve">Na podstawie art. 81 ust. 1 Ustawy o prawie autorskim i prawach pokrewnych oraz art. 6 ust. 1 lit. a RODO wyrażam dobrowolną zgodę na nieodpłatne utrwalanie, zwielokrotnianie i rozpowszechnianie wizerunku mojego dziecka (w postaci zdjęć cyfrowych oraz nagrań wideo) </w:t>
      </w:r>
      <w:proofErr w:type="spellStart"/>
      <w:r w:rsidRPr="007B2658">
        <w:rPr>
          <w:rFonts w:asciiTheme="majorHAnsi" w:hAnsiTheme="majorHAnsi" w:cstheme="majorHAnsi"/>
          <w:sz w:val="18"/>
          <w:szCs w:val="20"/>
        </w:rPr>
        <w:t>zarejestrowanego</w:t>
      </w:r>
      <w:proofErr w:type="spellEnd"/>
      <w:r w:rsidRPr="007B2658">
        <w:rPr>
          <w:rFonts w:asciiTheme="majorHAnsi" w:hAnsiTheme="majorHAnsi" w:cstheme="majorHAnsi"/>
          <w:sz w:val="18"/>
          <w:szCs w:val="20"/>
        </w:rPr>
        <w:t xml:space="preserve"> </w:t>
      </w:r>
      <w:proofErr w:type="spellStart"/>
      <w:r w:rsidRPr="007B2658">
        <w:rPr>
          <w:rFonts w:asciiTheme="majorHAnsi" w:hAnsiTheme="majorHAnsi" w:cstheme="majorHAnsi"/>
          <w:sz w:val="18"/>
          <w:szCs w:val="20"/>
        </w:rPr>
        <w:t>podczas</w:t>
      </w:r>
      <w:proofErr w:type="spellEnd"/>
      <w:r w:rsidRPr="007B2658">
        <w:rPr>
          <w:rFonts w:asciiTheme="majorHAnsi" w:hAnsiTheme="majorHAnsi" w:cstheme="majorHAnsi"/>
          <w:sz w:val="18"/>
          <w:szCs w:val="20"/>
        </w:rPr>
        <w:t xml:space="preserve"> </w:t>
      </w:r>
      <w:proofErr w:type="spellStart"/>
      <w:r w:rsidRPr="007B2658">
        <w:rPr>
          <w:rFonts w:asciiTheme="majorHAnsi" w:hAnsiTheme="majorHAnsi" w:cstheme="majorHAnsi"/>
          <w:sz w:val="18"/>
          <w:szCs w:val="20"/>
        </w:rPr>
        <w:t>spaceru</w:t>
      </w:r>
      <w:proofErr w:type="spellEnd"/>
      <w:r w:rsidRPr="007B2658">
        <w:rPr>
          <w:rFonts w:asciiTheme="majorHAnsi" w:hAnsiTheme="majorHAnsi" w:cstheme="majorHAnsi"/>
          <w:sz w:val="18"/>
          <w:szCs w:val="20"/>
        </w:rPr>
        <w:t xml:space="preserve"> </w:t>
      </w:r>
      <w:proofErr w:type="spellStart"/>
      <w:r w:rsidR="005B212E">
        <w:rPr>
          <w:rFonts w:asciiTheme="majorHAnsi" w:hAnsiTheme="majorHAnsi" w:cstheme="majorHAnsi"/>
          <w:sz w:val="18"/>
          <w:szCs w:val="20"/>
        </w:rPr>
        <w:t>ornitologiczne</w:t>
      </w:r>
      <w:r w:rsidRPr="007B2658">
        <w:rPr>
          <w:rFonts w:asciiTheme="majorHAnsi" w:hAnsiTheme="majorHAnsi" w:cstheme="majorHAnsi"/>
          <w:sz w:val="18"/>
          <w:szCs w:val="20"/>
        </w:rPr>
        <w:t>go</w:t>
      </w:r>
      <w:proofErr w:type="spellEnd"/>
      <w:r w:rsidRPr="007B2658">
        <w:rPr>
          <w:rFonts w:asciiTheme="majorHAnsi" w:hAnsiTheme="majorHAnsi" w:cstheme="majorHAnsi"/>
          <w:sz w:val="18"/>
          <w:szCs w:val="20"/>
        </w:rPr>
        <w:t xml:space="preserve"> </w:t>
      </w:r>
      <w:proofErr w:type="spellStart"/>
      <w:r w:rsidRPr="007B2658">
        <w:rPr>
          <w:rFonts w:asciiTheme="majorHAnsi" w:hAnsiTheme="majorHAnsi" w:cstheme="majorHAnsi"/>
          <w:sz w:val="18"/>
          <w:szCs w:val="20"/>
        </w:rPr>
        <w:t>realizowanego</w:t>
      </w:r>
      <w:proofErr w:type="spellEnd"/>
      <w:r w:rsidRPr="007B2658">
        <w:rPr>
          <w:rFonts w:asciiTheme="majorHAnsi" w:hAnsiTheme="majorHAnsi" w:cstheme="majorHAnsi"/>
          <w:sz w:val="18"/>
          <w:szCs w:val="20"/>
        </w:rPr>
        <w:t xml:space="preserve"> w </w:t>
      </w:r>
      <w:proofErr w:type="spellStart"/>
      <w:r w:rsidRPr="007B2658">
        <w:rPr>
          <w:rFonts w:asciiTheme="majorHAnsi" w:hAnsiTheme="majorHAnsi" w:cstheme="majorHAnsi"/>
          <w:sz w:val="18"/>
          <w:szCs w:val="20"/>
        </w:rPr>
        <w:t>ramach</w:t>
      </w:r>
      <w:proofErr w:type="spellEnd"/>
      <w:r w:rsidRPr="007B2658">
        <w:rPr>
          <w:rFonts w:asciiTheme="majorHAnsi" w:hAnsiTheme="majorHAnsi" w:cstheme="majorHAnsi"/>
          <w:sz w:val="18"/>
          <w:szCs w:val="20"/>
        </w:rPr>
        <w:t xml:space="preserve"> mini-projektu „Razem dla Środowiska”. Zgoda dotyczy wyłącznie materiałów związanych z tym wydarzeniem i jego dokumentowaniem, relacjonowaniem oraz promocją.</w:t>
      </w:r>
    </w:p>
    <w:p w:rsidR="009F1C27" w:rsidRPr="007B2658" w:rsidRDefault="00371A16" w:rsidP="005B212E">
      <w:pPr>
        <w:spacing w:after="120" w:line="360" w:lineRule="auto"/>
        <w:jc w:val="both"/>
        <w:rPr>
          <w:rFonts w:asciiTheme="majorHAnsi" w:hAnsiTheme="majorHAnsi" w:cstheme="majorHAnsi"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sz w:val="18"/>
          <w:szCs w:val="20"/>
        </w:rPr>
        <w:t>Proszę wyrazić zgodę poprzez zaznaczenie znakiem „X” wybranego pola przy danym kanale publikacji:</w:t>
      </w:r>
    </w:p>
    <w:p w:rsidR="006C0E88" w:rsidRPr="007B2658" w:rsidRDefault="00371A16" w:rsidP="005B212E">
      <w:pPr>
        <w:spacing w:after="100"/>
        <w:ind w:left="216"/>
        <w:jc w:val="both"/>
        <w:rPr>
          <w:rFonts w:asciiTheme="majorHAnsi" w:hAnsiTheme="majorHAnsi" w:cstheme="majorHAnsi"/>
          <w:b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b/>
          <w:sz w:val="18"/>
          <w:szCs w:val="20"/>
          <w:lang w:val="pl-PL"/>
        </w:rPr>
        <w:t xml:space="preserve">[  ] ZGODA 1 </w:t>
      </w:r>
      <w:r w:rsidR="006C0E88" w:rsidRPr="007B2658">
        <w:rPr>
          <w:rFonts w:asciiTheme="majorHAnsi" w:hAnsiTheme="majorHAnsi" w:cstheme="majorHAnsi"/>
          <w:b/>
          <w:sz w:val="18"/>
          <w:szCs w:val="20"/>
          <w:lang w:val="pl-PL"/>
        </w:rPr>
        <w:t>— Strona internetowa CEE w Ełku</w:t>
      </w:r>
    </w:p>
    <w:p w:rsidR="009F1C27" w:rsidRPr="007B2658" w:rsidRDefault="00371A16" w:rsidP="005B212E">
      <w:pPr>
        <w:spacing w:after="100"/>
        <w:ind w:left="216"/>
        <w:jc w:val="both"/>
        <w:rPr>
          <w:rFonts w:asciiTheme="majorHAnsi" w:hAnsiTheme="majorHAnsi" w:cstheme="majorHAnsi"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sz w:val="18"/>
          <w:szCs w:val="20"/>
          <w:lang w:val="pl-PL"/>
        </w:rPr>
        <w:t>Wyrażam zgodę na publikację wizerunku mojego dziecka na oficjalnej stronie internetowej Centrum Edukacji Ekologicznej w Ełku (www.cee.elk.pl).</w:t>
      </w:r>
    </w:p>
    <w:p w:rsidR="006C0E88" w:rsidRPr="007B2658" w:rsidRDefault="00371A16" w:rsidP="005B212E">
      <w:pPr>
        <w:spacing w:after="100"/>
        <w:ind w:left="216"/>
        <w:jc w:val="both"/>
        <w:rPr>
          <w:rFonts w:asciiTheme="majorHAnsi" w:hAnsiTheme="majorHAnsi" w:cstheme="majorHAnsi"/>
          <w:b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b/>
          <w:sz w:val="18"/>
          <w:szCs w:val="20"/>
          <w:lang w:val="pl-PL"/>
        </w:rPr>
        <w:t>[  ] ZGODA 2 — Portal społecznościow</w:t>
      </w:r>
      <w:r w:rsidR="006C0E88" w:rsidRPr="007B2658">
        <w:rPr>
          <w:rFonts w:asciiTheme="majorHAnsi" w:hAnsiTheme="majorHAnsi" w:cstheme="majorHAnsi"/>
          <w:b/>
          <w:sz w:val="18"/>
          <w:szCs w:val="20"/>
          <w:lang w:val="pl-PL"/>
        </w:rPr>
        <w:t>y Facebook (Fanpage CEE w Ełku)</w:t>
      </w:r>
    </w:p>
    <w:p w:rsidR="009F1C27" w:rsidRPr="007B2658" w:rsidRDefault="00371A16" w:rsidP="005B212E">
      <w:pPr>
        <w:spacing w:after="100"/>
        <w:ind w:left="216"/>
        <w:jc w:val="both"/>
        <w:rPr>
          <w:rFonts w:asciiTheme="majorHAnsi" w:hAnsiTheme="majorHAnsi" w:cstheme="majorHAnsi"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sz w:val="18"/>
          <w:szCs w:val="20"/>
          <w:lang w:val="pl-PL"/>
        </w:rPr>
        <w:t>Wyrażam zgodę na publikację wizerunku mojego dziecka na oficjalnym profilu (fanpage) CEE w Ełku w serwisie społecznościowym Facebook.</w:t>
      </w:r>
    </w:p>
    <w:p w:rsidR="006C0E88" w:rsidRPr="007B2658" w:rsidRDefault="00371A16" w:rsidP="005B212E">
      <w:pPr>
        <w:spacing w:after="100"/>
        <w:ind w:left="216"/>
        <w:jc w:val="both"/>
        <w:rPr>
          <w:rFonts w:asciiTheme="majorHAnsi" w:hAnsiTheme="majorHAnsi" w:cstheme="majorHAnsi"/>
          <w:b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b/>
          <w:sz w:val="18"/>
          <w:szCs w:val="20"/>
          <w:lang w:val="pl-PL"/>
        </w:rPr>
        <w:t>[  ] ZGODA 3 — Materiały pro</w:t>
      </w:r>
      <w:r w:rsidR="006C0E88" w:rsidRPr="007B2658">
        <w:rPr>
          <w:rFonts w:asciiTheme="majorHAnsi" w:hAnsiTheme="majorHAnsi" w:cstheme="majorHAnsi"/>
          <w:b/>
          <w:sz w:val="18"/>
          <w:szCs w:val="20"/>
          <w:lang w:val="pl-PL"/>
        </w:rPr>
        <w:t>mocyjne drukowane i wystawy CEE</w:t>
      </w:r>
    </w:p>
    <w:p w:rsidR="009F1C27" w:rsidRPr="007B2658" w:rsidRDefault="00371A16" w:rsidP="005B212E">
      <w:pPr>
        <w:spacing w:after="100"/>
        <w:ind w:left="216"/>
        <w:jc w:val="both"/>
        <w:rPr>
          <w:rFonts w:asciiTheme="majorHAnsi" w:hAnsiTheme="majorHAnsi" w:cstheme="majorHAnsi"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sz w:val="18"/>
          <w:szCs w:val="20"/>
          <w:lang w:val="pl-PL"/>
        </w:rPr>
        <w:t>Wyrażam zgodę na publikację wizerunku mojego dziecka w drukowanych materiałach informacyjno-promocyjnych CEE w Ełku (ulotki, plakaty, kronika, wystawy fotograficzne).</w:t>
      </w:r>
    </w:p>
    <w:p w:rsidR="006C0E88" w:rsidRPr="007B2658" w:rsidRDefault="006C0E88" w:rsidP="005B212E">
      <w:pPr>
        <w:spacing w:after="100"/>
        <w:ind w:left="216"/>
        <w:jc w:val="both"/>
        <w:rPr>
          <w:rFonts w:asciiTheme="majorHAnsi" w:hAnsiTheme="majorHAnsi" w:cstheme="majorHAnsi"/>
          <w:sz w:val="18"/>
          <w:szCs w:val="20"/>
          <w:lang w:val="pl-PL"/>
        </w:rPr>
      </w:pPr>
    </w:p>
    <w:p w:rsidR="009F1C27" w:rsidRPr="007B2658" w:rsidRDefault="00371A16" w:rsidP="005B212E">
      <w:pPr>
        <w:pStyle w:val="Akapitzlist"/>
        <w:numPr>
          <w:ilvl w:val="0"/>
          <w:numId w:val="10"/>
        </w:numPr>
        <w:spacing w:before="120" w:after="100"/>
        <w:jc w:val="both"/>
        <w:rPr>
          <w:rFonts w:asciiTheme="majorHAnsi" w:hAnsiTheme="majorHAnsi" w:cstheme="majorHAnsi"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b/>
          <w:sz w:val="18"/>
          <w:szCs w:val="20"/>
          <w:lang w:val="pl-PL"/>
        </w:rPr>
        <w:t>WARUNKI WYKORZYSTANIA WIZERUNKU I OCHRONA MAŁOLETNICH</w:t>
      </w:r>
    </w:p>
    <w:p w:rsidR="00EC07BC" w:rsidRPr="007B2658" w:rsidRDefault="00EC07BC" w:rsidP="005B212E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Theme="majorHAnsi" w:hAnsiTheme="majorHAnsi" w:cstheme="majorHAnsi"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sz w:val="18"/>
          <w:szCs w:val="20"/>
        </w:rPr>
        <w:t xml:space="preserve">Zgoda na publikację wizerunku jest całkowicie dobrowolna. Brak zgody na publikację wizerunku nie ma wpływu na możliwość udziału </w:t>
      </w:r>
      <w:proofErr w:type="spellStart"/>
      <w:r w:rsidR="005B212E">
        <w:rPr>
          <w:rFonts w:asciiTheme="majorHAnsi" w:hAnsiTheme="majorHAnsi" w:cstheme="majorHAnsi"/>
          <w:sz w:val="18"/>
          <w:szCs w:val="20"/>
        </w:rPr>
        <w:t>dziecka</w:t>
      </w:r>
      <w:proofErr w:type="spellEnd"/>
      <w:r w:rsidR="005B212E">
        <w:rPr>
          <w:rFonts w:asciiTheme="majorHAnsi" w:hAnsiTheme="majorHAnsi" w:cstheme="majorHAnsi"/>
          <w:sz w:val="18"/>
          <w:szCs w:val="20"/>
        </w:rPr>
        <w:t xml:space="preserve"> w </w:t>
      </w:r>
      <w:proofErr w:type="spellStart"/>
      <w:r w:rsidR="005B212E">
        <w:rPr>
          <w:rFonts w:asciiTheme="majorHAnsi" w:hAnsiTheme="majorHAnsi" w:cstheme="majorHAnsi"/>
          <w:sz w:val="18"/>
          <w:szCs w:val="20"/>
        </w:rPr>
        <w:t>spacerze</w:t>
      </w:r>
      <w:proofErr w:type="spellEnd"/>
      <w:r w:rsidR="005B212E">
        <w:rPr>
          <w:rFonts w:asciiTheme="majorHAnsi" w:hAnsiTheme="majorHAnsi" w:cstheme="majorHAnsi"/>
          <w:sz w:val="18"/>
          <w:szCs w:val="20"/>
        </w:rPr>
        <w:t xml:space="preserve"> </w:t>
      </w:r>
      <w:proofErr w:type="spellStart"/>
      <w:r w:rsidR="005B212E">
        <w:rPr>
          <w:rFonts w:asciiTheme="majorHAnsi" w:hAnsiTheme="majorHAnsi" w:cstheme="majorHAnsi"/>
          <w:sz w:val="18"/>
          <w:szCs w:val="20"/>
        </w:rPr>
        <w:t>ornitologicznym</w:t>
      </w:r>
      <w:proofErr w:type="spellEnd"/>
      <w:r w:rsidRPr="007B2658">
        <w:rPr>
          <w:rFonts w:asciiTheme="majorHAnsi" w:hAnsiTheme="majorHAnsi" w:cstheme="majorHAnsi"/>
          <w:sz w:val="18"/>
          <w:szCs w:val="20"/>
        </w:rPr>
        <w:t xml:space="preserve"> </w:t>
      </w:r>
      <w:proofErr w:type="spellStart"/>
      <w:r w:rsidRPr="007B2658">
        <w:rPr>
          <w:rFonts w:asciiTheme="majorHAnsi" w:hAnsiTheme="majorHAnsi" w:cstheme="majorHAnsi"/>
          <w:sz w:val="18"/>
          <w:szCs w:val="20"/>
        </w:rPr>
        <w:t>realizowanym</w:t>
      </w:r>
      <w:proofErr w:type="spellEnd"/>
      <w:r w:rsidRPr="007B2658">
        <w:rPr>
          <w:rFonts w:asciiTheme="majorHAnsi" w:hAnsiTheme="majorHAnsi" w:cstheme="majorHAnsi"/>
          <w:sz w:val="18"/>
          <w:szCs w:val="20"/>
        </w:rPr>
        <w:t xml:space="preserve"> w </w:t>
      </w:r>
      <w:proofErr w:type="spellStart"/>
      <w:r w:rsidRPr="007B2658">
        <w:rPr>
          <w:rFonts w:asciiTheme="majorHAnsi" w:hAnsiTheme="majorHAnsi" w:cstheme="majorHAnsi"/>
          <w:sz w:val="18"/>
          <w:szCs w:val="20"/>
        </w:rPr>
        <w:t>ramach</w:t>
      </w:r>
      <w:proofErr w:type="spellEnd"/>
      <w:r w:rsidRPr="007B2658">
        <w:rPr>
          <w:rFonts w:asciiTheme="majorHAnsi" w:hAnsiTheme="majorHAnsi" w:cstheme="majorHAnsi"/>
          <w:sz w:val="18"/>
          <w:szCs w:val="20"/>
        </w:rPr>
        <w:t xml:space="preserve"> mini-projektu „Razem dla Środowiska”.</w:t>
      </w:r>
    </w:p>
    <w:p w:rsidR="00EC07BC" w:rsidRPr="007B2658" w:rsidRDefault="00EC07BC" w:rsidP="005B212E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Theme="majorHAnsi" w:hAnsiTheme="majorHAnsi" w:cstheme="majorHAnsi"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sz w:val="18"/>
          <w:szCs w:val="20"/>
          <w:lang w:val="pl-PL"/>
        </w:rPr>
        <w:t>Zgoda jest udzielona nieodpłatnie — z tytułu rozpowszechniania wizerunku nie przysługuje roszczenie o wynagrodzenie.</w:t>
      </w:r>
    </w:p>
    <w:p w:rsidR="006C0E88" w:rsidRPr="007B2658" w:rsidRDefault="006C0E88" w:rsidP="007B2658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Theme="majorHAnsi" w:hAnsiTheme="majorHAnsi" w:cstheme="majorHAnsi"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sz w:val="18"/>
          <w:szCs w:val="20"/>
          <w:lang w:val="pl-PL"/>
        </w:rPr>
        <w:lastRenderedPageBreak/>
        <w:t>Zgodnie ze Standardami Ochrony Małoletnich w CEE w Ełku: zdjęcia przedstawiają dzieci wyłącznie w kontekście pozytywnym, a w sieci Internet nie publikuje się danych adresowych ani kontaktowych dzieci (rekomenduje się podpis nazwą szkoły/grupy).</w:t>
      </w:r>
    </w:p>
    <w:p w:rsidR="00EC07BC" w:rsidRPr="007B2658" w:rsidRDefault="00EC07BC" w:rsidP="007B2658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Theme="majorHAnsi" w:hAnsiTheme="majorHAnsi" w:cstheme="majorHAnsi"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sz w:val="18"/>
          <w:szCs w:val="20"/>
          <w:lang w:val="pl-PL"/>
        </w:rPr>
        <w:t>Rodzic / opiekun prawny ma prawo w dowolnym momencie wycofać udzieloną zgodę poprzez złożenie pisemnego oświadczenia w siedzibie CEE w Ełku lub przesłanie wiadomości e-mail na adres: biuro@cee.elk.pl.</w:t>
      </w:r>
    </w:p>
    <w:p w:rsidR="00EC07BC" w:rsidRPr="007B2658" w:rsidRDefault="00EC07BC" w:rsidP="007B2658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Theme="majorHAnsi" w:hAnsiTheme="majorHAnsi" w:cstheme="majorHAnsi"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sz w:val="18"/>
          <w:szCs w:val="20"/>
          <w:lang w:val="pl-PL"/>
        </w:rPr>
        <w:t>Wycofanie zgody nie wpływa na zgodność z prawem przetwarzania wizerunku, którego dokonano na podstawie zgody przed jej wycofaniem.</w:t>
      </w:r>
    </w:p>
    <w:p w:rsidR="00EC07BC" w:rsidRPr="007B2658" w:rsidRDefault="00EC07BC" w:rsidP="006C0E88">
      <w:pPr>
        <w:spacing w:after="0" w:line="360" w:lineRule="auto"/>
        <w:jc w:val="right"/>
        <w:rPr>
          <w:rFonts w:asciiTheme="majorHAnsi" w:hAnsiTheme="majorHAnsi" w:cstheme="majorHAnsi"/>
          <w:sz w:val="18"/>
          <w:szCs w:val="20"/>
          <w:lang w:val="pl-PL"/>
        </w:rPr>
      </w:pPr>
    </w:p>
    <w:p w:rsidR="006C0E88" w:rsidRPr="007B2658" w:rsidRDefault="006C0E88" w:rsidP="006C0E88">
      <w:pPr>
        <w:spacing w:after="0" w:line="360" w:lineRule="auto"/>
        <w:jc w:val="right"/>
        <w:rPr>
          <w:rFonts w:asciiTheme="majorHAnsi" w:hAnsiTheme="majorHAnsi" w:cstheme="majorHAnsi"/>
          <w:sz w:val="18"/>
          <w:szCs w:val="20"/>
          <w:lang w:val="pl-PL"/>
        </w:rPr>
      </w:pPr>
    </w:p>
    <w:p w:rsidR="009F1C27" w:rsidRPr="007B2658" w:rsidRDefault="00EC07BC" w:rsidP="006C0E88">
      <w:pPr>
        <w:spacing w:after="0" w:line="360" w:lineRule="auto"/>
        <w:jc w:val="right"/>
        <w:rPr>
          <w:rFonts w:asciiTheme="majorHAnsi" w:hAnsiTheme="majorHAnsi" w:cstheme="majorHAnsi"/>
          <w:sz w:val="18"/>
          <w:szCs w:val="20"/>
          <w:lang w:val="pl-PL"/>
        </w:rPr>
      </w:pPr>
      <w:r w:rsidRPr="007B2658">
        <w:rPr>
          <w:rFonts w:asciiTheme="majorHAnsi" w:hAnsiTheme="majorHAnsi" w:cstheme="majorHAnsi"/>
          <w:sz w:val="18"/>
          <w:szCs w:val="20"/>
          <w:lang w:val="pl-PL"/>
        </w:rPr>
        <w:t>.</w:t>
      </w:r>
      <w:r w:rsidR="00371A16" w:rsidRPr="007B2658">
        <w:rPr>
          <w:rFonts w:asciiTheme="majorHAnsi" w:hAnsiTheme="majorHAnsi" w:cstheme="majorHAnsi"/>
          <w:sz w:val="18"/>
          <w:szCs w:val="20"/>
          <w:lang w:val="pl-PL"/>
        </w:rPr>
        <w:t>.........................................................................................</w:t>
      </w:r>
      <w:r w:rsidR="00371A16" w:rsidRPr="007B2658">
        <w:rPr>
          <w:rFonts w:asciiTheme="majorHAnsi" w:hAnsiTheme="majorHAnsi" w:cstheme="majorHAnsi"/>
          <w:sz w:val="18"/>
          <w:szCs w:val="20"/>
          <w:lang w:val="pl-PL"/>
        </w:rPr>
        <w:br/>
        <w:t>(Czytelny podpis rodzica / opiekuna prawnego)</w:t>
      </w:r>
    </w:p>
    <w:p w:rsidR="00EC07BC" w:rsidRPr="007B2658" w:rsidRDefault="00EC07BC" w:rsidP="006C0E88">
      <w:pPr>
        <w:jc w:val="both"/>
        <w:rPr>
          <w:rFonts w:asciiTheme="majorHAnsi" w:hAnsiTheme="majorHAnsi" w:cstheme="majorHAnsi"/>
          <w:sz w:val="18"/>
          <w:szCs w:val="20"/>
          <w:lang w:val="pl-PL"/>
        </w:rPr>
      </w:pPr>
    </w:p>
    <w:p w:rsidR="006C0E88" w:rsidRPr="007B2658" w:rsidRDefault="006C0E88" w:rsidP="006C0E88">
      <w:pPr>
        <w:jc w:val="both"/>
        <w:rPr>
          <w:rFonts w:asciiTheme="majorHAnsi" w:hAnsiTheme="majorHAnsi" w:cstheme="majorHAnsi"/>
          <w:sz w:val="18"/>
          <w:szCs w:val="20"/>
          <w:lang w:val="pl-PL"/>
        </w:rPr>
      </w:pPr>
    </w:p>
    <w:p w:rsidR="009F1C27" w:rsidRPr="007B2658" w:rsidRDefault="009F1C27" w:rsidP="006C0E88">
      <w:pPr>
        <w:spacing w:after="100"/>
        <w:jc w:val="center"/>
        <w:rPr>
          <w:rFonts w:asciiTheme="majorHAnsi" w:hAnsiTheme="majorHAnsi" w:cstheme="majorHAnsi"/>
          <w:sz w:val="18"/>
          <w:szCs w:val="20"/>
          <w:lang w:val="pl-PL"/>
        </w:rPr>
      </w:pPr>
    </w:p>
    <w:p w:rsidR="00EC07BC" w:rsidRPr="005B212E" w:rsidRDefault="00EC07BC" w:rsidP="006C0E88">
      <w:pPr>
        <w:jc w:val="center"/>
        <w:rPr>
          <w:rFonts w:asciiTheme="majorHAnsi" w:hAnsiTheme="majorHAnsi" w:cstheme="majorHAnsi"/>
          <w:sz w:val="18"/>
          <w:szCs w:val="18"/>
          <w:lang w:val="pl-PL"/>
        </w:rPr>
      </w:pPr>
      <w:r w:rsidRPr="005B212E">
        <w:rPr>
          <w:rFonts w:asciiTheme="majorHAnsi" w:hAnsiTheme="majorHAnsi" w:cstheme="majorHAnsi"/>
          <w:b/>
          <w:color w:val="112233"/>
          <w:sz w:val="18"/>
          <w:szCs w:val="18"/>
          <w:lang w:val="pl-PL"/>
        </w:rPr>
        <w:t>KLAUZULA INFORMACYJNA RODO (ART. 13 RODO)</w:t>
      </w:r>
      <w:r w:rsidRPr="005B212E">
        <w:rPr>
          <w:rFonts w:asciiTheme="majorHAnsi" w:hAnsiTheme="majorHAnsi" w:cstheme="majorHAnsi"/>
          <w:b/>
          <w:color w:val="112233"/>
          <w:sz w:val="18"/>
          <w:szCs w:val="18"/>
          <w:lang w:val="pl-PL"/>
        </w:rPr>
        <w:br/>
      </w:r>
      <w:r w:rsidRPr="005B212E">
        <w:rPr>
          <w:rFonts w:asciiTheme="majorHAnsi" w:hAnsiTheme="majorHAnsi" w:cstheme="majorHAnsi"/>
          <w:color w:val="444444"/>
          <w:sz w:val="18"/>
          <w:szCs w:val="18"/>
          <w:lang w:val="pl-PL"/>
        </w:rPr>
        <w:t>Zgodnie z Rozporządzeniem Parlamentu Europejskiego i Rady (UE) 2016/679 (RODO) oraz Ustawą z dnia 10 maja 2018 r. o ochronie danych osobowych, informujemy o zasadach przetwarzania danych osobowych:</w:t>
      </w:r>
    </w:p>
    <w:p w:rsidR="00EC07BC" w:rsidRPr="005B212E" w:rsidRDefault="00EC07BC" w:rsidP="006C0E88">
      <w:pPr>
        <w:spacing w:after="60" w:line="252" w:lineRule="auto"/>
        <w:jc w:val="both"/>
        <w:rPr>
          <w:rFonts w:asciiTheme="majorHAnsi" w:hAnsiTheme="majorHAnsi" w:cstheme="majorHAnsi"/>
          <w:sz w:val="18"/>
          <w:szCs w:val="18"/>
          <w:lang w:val="pl-PL"/>
        </w:rPr>
      </w:pPr>
      <w:r w:rsidRPr="005B212E">
        <w:rPr>
          <w:rFonts w:asciiTheme="majorHAnsi" w:hAnsiTheme="majorHAnsi" w:cstheme="majorHAnsi"/>
          <w:b/>
          <w:sz w:val="18"/>
          <w:szCs w:val="18"/>
          <w:lang w:val="pl-PL"/>
        </w:rPr>
        <w:t xml:space="preserve">1. Administrator Danych Osobowych: </w:t>
      </w:r>
      <w:r w:rsidRPr="005B212E">
        <w:rPr>
          <w:rFonts w:asciiTheme="majorHAnsi" w:hAnsiTheme="majorHAnsi" w:cstheme="majorHAnsi"/>
          <w:sz w:val="18"/>
          <w:szCs w:val="18"/>
          <w:lang w:val="pl-PL"/>
        </w:rPr>
        <w:t>Administratorem Danych Osobowych jest Centrum Edukacji Ekologicznej w Ełku, ul. Parkowa 12, 19-300 Ełk, e-mail: biuro@cee.elk.pl, tel. (87) 610 16 24.</w:t>
      </w:r>
    </w:p>
    <w:p w:rsidR="00EC07BC" w:rsidRPr="005B212E" w:rsidRDefault="00EC07BC" w:rsidP="006C0E88">
      <w:pPr>
        <w:spacing w:after="60" w:line="252" w:lineRule="auto"/>
        <w:jc w:val="both"/>
        <w:rPr>
          <w:rFonts w:asciiTheme="majorHAnsi" w:hAnsiTheme="majorHAnsi" w:cstheme="majorHAnsi"/>
          <w:sz w:val="18"/>
          <w:szCs w:val="18"/>
          <w:lang w:val="pl-PL"/>
        </w:rPr>
      </w:pPr>
      <w:r w:rsidRPr="005B212E">
        <w:rPr>
          <w:rFonts w:asciiTheme="majorHAnsi" w:hAnsiTheme="majorHAnsi" w:cstheme="majorHAnsi"/>
          <w:b/>
          <w:sz w:val="18"/>
          <w:szCs w:val="18"/>
          <w:lang w:val="pl-PL"/>
        </w:rPr>
        <w:t xml:space="preserve">2. Inspektor Ochrony Danych (IOD): </w:t>
      </w:r>
      <w:r w:rsidRPr="005B212E">
        <w:rPr>
          <w:rFonts w:asciiTheme="majorHAnsi" w:hAnsiTheme="majorHAnsi" w:cstheme="majorHAnsi"/>
          <w:sz w:val="18"/>
          <w:szCs w:val="18"/>
          <w:lang w:val="pl-PL"/>
        </w:rPr>
        <w:t>Administrator wyznaczył Inspektora Ochrony Danych. Kontakt w sprawach ochrony danych osobowych: e-mail: iod@cee.elk.pl lub na adres siedziby Administratora.</w:t>
      </w:r>
    </w:p>
    <w:p w:rsidR="00EC07BC" w:rsidRPr="005B212E" w:rsidRDefault="00EC07BC" w:rsidP="006C0E88">
      <w:pPr>
        <w:spacing w:after="60" w:line="252" w:lineRule="auto"/>
        <w:jc w:val="both"/>
        <w:rPr>
          <w:rFonts w:asciiTheme="majorHAnsi" w:hAnsiTheme="majorHAnsi" w:cstheme="majorHAnsi"/>
          <w:sz w:val="18"/>
          <w:szCs w:val="18"/>
          <w:lang w:val="pl-PL"/>
        </w:rPr>
      </w:pPr>
      <w:r w:rsidRPr="005B212E">
        <w:rPr>
          <w:rFonts w:asciiTheme="majorHAnsi" w:hAnsiTheme="majorHAnsi" w:cstheme="majorHAnsi"/>
          <w:sz w:val="18"/>
          <w:szCs w:val="18"/>
        </w:rPr>
        <w:t>3. Cel i Podstawa Prawna Przetwarzania: Dane osobowe dziecka oraz rodzica/opiekuna prawnego (w tym wizerunek, nazwa szkoły/grupy, imię i nazwisko) przetwarzane są w celu organizacji udziału w spacerze przyrodniczym oraz – w przypadku udzielenia zgody na wizerunek – dokumentowania, relacjonowania i promocji działań realizowanych w ramach mini-projektu „Razem dla Środowiska”. Podstawą prawną przetwarzania wizerunku jest dobrowolna zgoda (art. 6 ust. 1 lit. a RODO w zw. z art. 81 ust. 1 Ustawy o prawie autorskim i prawach pokrewnych).</w:t>
      </w:r>
    </w:p>
    <w:p w:rsidR="00EC07BC" w:rsidRPr="005B212E" w:rsidRDefault="00EC07BC" w:rsidP="006C0E88">
      <w:pPr>
        <w:spacing w:after="60" w:line="252" w:lineRule="auto"/>
        <w:jc w:val="both"/>
        <w:rPr>
          <w:rFonts w:asciiTheme="majorHAnsi" w:hAnsiTheme="majorHAnsi" w:cstheme="majorHAnsi"/>
          <w:sz w:val="18"/>
          <w:szCs w:val="18"/>
          <w:lang w:val="pl-PL"/>
        </w:rPr>
      </w:pPr>
      <w:r w:rsidRPr="005B212E">
        <w:rPr>
          <w:rFonts w:asciiTheme="majorHAnsi" w:hAnsiTheme="majorHAnsi" w:cstheme="majorHAnsi"/>
          <w:b/>
          <w:sz w:val="18"/>
          <w:szCs w:val="18"/>
          <w:lang w:val="pl-PL"/>
        </w:rPr>
        <w:t xml:space="preserve">4. Odbiorcy Danych: </w:t>
      </w:r>
      <w:r w:rsidRPr="005B212E">
        <w:rPr>
          <w:rFonts w:asciiTheme="majorHAnsi" w:hAnsiTheme="majorHAnsi" w:cstheme="majorHAnsi"/>
          <w:sz w:val="18"/>
          <w:szCs w:val="18"/>
          <w:lang w:val="pl-PL"/>
        </w:rPr>
        <w:t xml:space="preserve">Odbiorcami danych mogą być osoby odwiedzające stronę www.cee.elk.pl, użytkownicy profilu Facebook CEE w Ełku oraz odbiorcy materiałów drukowanych i sprawozdań rocznych. W przypadku publikacji na portalu Facebook odbiorcą danych jest również Meta </w:t>
      </w:r>
      <w:proofErr w:type="spellStart"/>
      <w:r w:rsidRPr="005B212E">
        <w:rPr>
          <w:rFonts w:asciiTheme="majorHAnsi" w:hAnsiTheme="majorHAnsi" w:cstheme="majorHAnsi"/>
          <w:sz w:val="18"/>
          <w:szCs w:val="18"/>
          <w:lang w:val="pl-PL"/>
        </w:rPr>
        <w:t>Platforms</w:t>
      </w:r>
      <w:proofErr w:type="spellEnd"/>
      <w:r w:rsidRPr="005B212E">
        <w:rPr>
          <w:rFonts w:asciiTheme="majorHAnsi" w:hAnsiTheme="majorHAnsi" w:cstheme="majorHAnsi"/>
          <w:sz w:val="18"/>
          <w:szCs w:val="18"/>
          <w:lang w:val="pl-PL"/>
        </w:rPr>
        <w:t xml:space="preserve"> </w:t>
      </w:r>
      <w:proofErr w:type="spellStart"/>
      <w:r w:rsidRPr="005B212E">
        <w:rPr>
          <w:rFonts w:asciiTheme="majorHAnsi" w:hAnsiTheme="majorHAnsi" w:cstheme="majorHAnsi"/>
          <w:sz w:val="18"/>
          <w:szCs w:val="18"/>
          <w:lang w:val="pl-PL"/>
        </w:rPr>
        <w:t>Ireland</w:t>
      </w:r>
      <w:proofErr w:type="spellEnd"/>
      <w:r w:rsidRPr="005B212E">
        <w:rPr>
          <w:rFonts w:asciiTheme="majorHAnsi" w:hAnsiTheme="majorHAnsi" w:cstheme="majorHAnsi"/>
          <w:sz w:val="18"/>
          <w:szCs w:val="18"/>
          <w:lang w:val="pl-PL"/>
        </w:rPr>
        <w:t xml:space="preserve"> Ltd. (przetwarzanie w oparciu o standardowe klauzule umowne KE).</w:t>
      </w:r>
    </w:p>
    <w:p w:rsidR="00EC07BC" w:rsidRPr="005B212E" w:rsidRDefault="00EC07BC" w:rsidP="006C0E88">
      <w:pPr>
        <w:spacing w:after="60" w:line="252" w:lineRule="auto"/>
        <w:jc w:val="both"/>
        <w:rPr>
          <w:rFonts w:asciiTheme="majorHAnsi" w:hAnsiTheme="majorHAnsi" w:cstheme="majorHAnsi"/>
          <w:sz w:val="18"/>
          <w:szCs w:val="18"/>
          <w:lang w:val="pl-PL"/>
        </w:rPr>
      </w:pPr>
      <w:r w:rsidRPr="005B212E">
        <w:rPr>
          <w:rFonts w:asciiTheme="majorHAnsi" w:hAnsiTheme="majorHAnsi" w:cstheme="majorHAnsi"/>
          <w:sz w:val="18"/>
          <w:szCs w:val="18"/>
        </w:rPr>
        <w:t>5. Okres Przechowywania Danych i Archiwizacja: Dane związane z udziałem w spacerze będą przechowywane przez okres niezbędny do organizacji, dokumentowania i rozliczenia mini-projektu „Razem dla Środowiska”, zgodnie z obowiązującymi przepisami i zasadami archiwizacji dokumentacji projektu. Materiały foto/wideo opublikowane na stronie WWW, profilu Facebook oraz w materiałach informacyjnych na podstawie udzielonej zgody mogą być przechowywane do czasu jej wycofania, z uwzględnieniem zgodności z prawem przetwarzania dokonanego przed wycofaniem zgody.</w:t>
      </w:r>
    </w:p>
    <w:p w:rsidR="00EC07BC" w:rsidRPr="005B212E" w:rsidRDefault="00EC07BC" w:rsidP="006C0E88">
      <w:pPr>
        <w:spacing w:after="60" w:line="252" w:lineRule="auto"/>
        <w:jc w:val="both"/>
        <w:rPr>
          <w:rFonts w:asciiTheme="majorHAnsi" w:hAnsiTheme="majorHAnsi" w:cstheme="majorHAnsi"/>
          <w:sz w:val="18"/>
          <w:szCs w:val="18"/>
          <w:lang w:val="pl-PL"/>
        </w:rPr>
      </w:pPr>
      <w:r w:rsidRPr="005B212E">
        <w:rPr>
          <w:rFonts w:asciiTheme="majorHAnsi" w:hAnsiTheme="majorHAnsi" w:cstheme="majorHAnsi"/>
          <w:b/>
          <w:sz w:val="18"/>
          <w:szCs w:val="18"/>
          <w:lang w:val="pl-PL"/>
        </w:rPr>
        <w:t xml:space="preserve">6. Prawa Rodziców / Opiekunów Prawnych: </w:t>
      </w:r>
      <w:r w:rsidRPr="005B212E">
        <w:rPr>
          <w:rFonts w:asciiTheme="majorHAnsi" w:hAnsiTheme="majorHAnsi" w:cstheme="majorHAnsi"/>
          <w:sz w:val="18"/>
          <w:szCs w:val="18"/>
          <w:lang w:val="pl-PL"/>
        </w:rPr>
        <w:t>Przysługuje Państwu prawo dostępu do treści danych, ich sprostowania, usunięcia („prawo do bycia zapomnianym”), ograniczenia przetwarzania, prawo do cofnięcia zgody w dowolnym momencie oraz prawo wniesienia skargi do Prezesa Urzędu Ochrony Danych Osobowych (ul. Stawki 2, 00-193 Warszawa).</w:t>
      </w:r>
    </w:p>
    <w:p w:rsidR="00EC07BC" w:rsidRPr="005B212E" w:rsidRDefault="00EC07BC" w:rsidP="006C0E88">
      <w:pPr>
        <w:spacing w:after="60" w:line="252" w:lineRule="auto"/>
        <w:jc w:val="both"/>
        <w:rPr>
          <w:rFonts w:asciiTheme="majorHAnsi" w:hAnsiTheme="majorHAnsi" w:cstheme="majorHAnsi"/>
          <w:sz w:val="18"/>
          <w:szCs w:val="18"/>
          <w:lang w:val="pl-PL"/>
        </w:rPr>
      </w:pPr>
      <w:r w:rsidRPr="005B212E">
        <w:rPr>
          <w:rFonts w:asciiTheme="majorHAnsi" w:hAnsiTheme="majorHAnsi" w:cstheme="majorHAnsi"/>
          <w:b/>
          <w:sz w:val="18"/>
          <w:szCs w:val="18"/>
          <w:lang w:val="pl-PL"/>
        </w:rPr>
        <w:t xml:space="preserve">7. Dobrowolność Podania Danych: </w:t>
      </w:r>
      <w:r w:rsidRPr="005B212E">
        <w:rPr>
          <w:rFonts w:asciiTheme="majorHAnsi" w:hAnsiTheme="majorHAnsi" w:cstheme="majorHAnsi"/>
          <w:sz w:val="18"/>
          <w:szCs w:val="18"/>
          <w:lang w:val="pl-PL"/>
        </w:rPr>
        <w:t>Podanie danych oraz wyrażenie zgody na publikację wizerunku jest całkowicie dobrowolne. Podanie numeru telefonu/e-mail ma charakter opcjonalny i służy wyznaczonym kontaktom organizacyjnym.</w:t>
      </w:r>
    </w:p>
    <w:p w:rsidR="00EC07BC" w:rsidRPr="005B212E" w:rsidRDefault="00EC07BC" w:rsidP="006C0E88">
      <w:pPr>
        <w:spacing w:after="100"/>
        <w:jc w:val="both"/>
        <w:rPr>
          <w:rFonts w:asciiTheme="majorHAnsi" w:hAnsiTheme="majorHAnsi" w:cstheme="majorHAnsi"/>
          <w:sz w:val="18"/>
          <w:szCs w:val="18"/>
          <w:lang w:val="pl-PL"/>
        </w:rPr>
      </w:pPr>
    </w:p>
    <w:p w:rsidR="00EC07BC" w:rsidRPr="005B212E" w:rsidRDefault="00EC07BC" w:rsidP="006C0E88">
      <w:pPr>
        <w:spacing w:after="100"/>
        <w:jc w:val="center"/>
        <w:rPr>
          <w:rFonts w:asciiTheme="majorHAnsi" w:hAnsiTheme="majorHAnsi" w:cstheme="majorHAnsi"/>
          <w:sz w:val="18"/>
          <w:szCs w:val="18"/>
          <w:lang w:val="pl-PL"/>
        </w:rPr>
      </w:pPr>
      <w:r w:rsidRPr="005B212E">
        <w:rPr>
          <w:rFonts w:asciiTheme="majorHAnsi" w:hAnsiTheme="majorHAnsi" w:cstheme="majorHAnsi"/>
          <w:i/>
          <w:sz w:val="18"/>
          <w:szCs w:val="18"/>
        </w:rPr>
        <w:t xml:space="preserve">Mini-projekt „Razem dla Środowiska” jest finansowany w ramach konkursu „Regionalne Granty na Rewitalizację”, w ramach projektu „Regiony Rewitalizacji Edycja 3.0”. Dotacja jest współfinansowana w 79,71% ze środków Unii Europejskiej w ramach Europejskiego Funduszu Rozwoju Regionalnego w Programie Pomoc Techniczna dla Funduszy Europejskich 2021–2027 oraz w </w:t>
      </w:r>
      <w:bookmarkStart w:id="0" w:name="_GoBack"/>
      <w:bookmarkEnd w:id="0"/>
      <w:r w:rsidRPr="005B212E">
        <w:rPr>
          <w:rFonts w:asciiTheme="majorHAnsi" w:hAnsiTheme="majorHAnsi" w:cstheme="majorHAnsi"/>
          <w:i/>
          <w:sz w:val="18"/>
          <w:szCs w:val="18"/>
        </w:rPr>
        <w:t>20,29% ze środków budżetu państwa.</w:t>
      </w:r>
    </w:p>
    <w:sectPr w:rsidR="00EC07BC" w:rsidRPr="005B212E" w:rsidSect="00956C70">
      <w:pgSz w:w="11907" w:h="16839" w:code="9"/>
      <w:pgMar w:top="1138" w:right="1138" w:bottom="1138" w:left="113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1B43" w:rsidRDefault="001B1B43">
      <w:pPr>
        <w:spacing w:after="0" w:line="240" w:lineRule="auto"/>
      </w:pPr>
      <w:r>
        <w:separator/>
      </w:r>
    </w:p>
  </w:endnote>
  <w:endnote w:type="continuationSeparator" w:id="0">
    <w:p w:rsidR="001B1B43" w:rsidRDefault="001B1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1B43" w:rsidRDefault="001B1B43">
      <w:pPr>
        <w:spacing w:after="0" w:line="240" w:lineRule="auto"/>
      </w:pPr>
      <w:r>
        <w:separator/>
      </w:r>
    </w:p>
  </w:footnote>
  <w:footnote w:type="continuationSeparator" w:id="0">
    <w:p w:rsidR="001B1B43" w:rsidRDefault="001B1B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21A85C3A"/>
    <w:multiLevelType w:val="hybridMultilevel"/>
    <w:tmpl w:val="84C2A0C0"/>
    <w:lvl w:ilvl="0" w:tplc="9116674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30429A"/>
    <w:multiLevelType w:val="hybridMultilevel"/>
    <w:tmpl w:val="54A837C8"/>
    <w:lvl w:ilvl="0" w:tplc="F36C305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DB0BEF"/>
    <w:multiLevelType w:val="hybridMultilevel"/>
    <w:tmpl w:val="A7F031E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517451"/>
    <w:multiLevelType w:val="hybridMultilevel"/>
    <w:tmpl w:val="57585524"/>
    <w:lvl w:ilvl="0" w:tplc="C986C9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C50E4A"/>
    <w:multiLevelType w:val="hybridMultilevel"/>
    <w:tmpl w:val="98906F9A"/>
    <w:lvl w:ilvl="0" w:tplc="F36C305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10"/>
  </w:num>
  <w:num w:numId="12">
    <w:abstractNumId w:val="13"/>
  </w:num>
  <w:num w:numId="13">
    <w:abstractNumId w:val="9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64DE3"/>
    <w:rsid w:val="0015074B"/>
    <w:rsid w:val="001B1B43"/>
    <w:rsid w:val="0029639D"/>
    <w:rsid w:val="00326F90"/>
    <w:rsid w:val="00371A16"/>
    <w:rsid w:val="00451E28"/>
    <w:rsid w:val="005B212E"/>
    <w:rsid w:val="006C0E88"/>
    <w:rsid w:val="007B2658"/>
    <w:rsid w:val="00956C70"/>
    <w:rsid w:val="009F1C27"/>
    <w:rsid w:val="00AA1D8D"/>
    <w:rsid w:val="00AE3907"/>
    <w:rsid w:val="00B10966"/>
    <w:rsid w:val="00B47730"/>
    <w:rsid w:val="00CB0664"/>
    <w:rsid w:val="00EC07B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pPr>
      <w:spacing w:after="80"/>
    </w:pPr>
    <w:rPr>
      <w:rFonts w:ascii="Arial" w:hAnsi="Arial"/>
      <w:color w:val="111111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AE39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3907"/>
    <w:rPr>
      <w:rFonts w:ascii="Segoe UI" w:hAnsi="Segoe UI" w:cs="Segoe UI"/>
      <w:color w:val="11111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pPr>
      <w:spacing w:after="80"/>
    </w:pPr>
    <w:rPr>
      <w:rFonts w:ascii="Arial" w:hAnsi="Arial"/>
      <w:color w:val="111111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AE39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3907"/>
    <w:rPr>
      <w:rFonts w:ascii="Segoe UI" w:hAnsi="Segoe UI" w:cs="Segoe UI"/>
      <w:color w:val="11111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D58BD00-4A2E-4C25-8A11-9A4BD8120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967</Words>
  <Characters>5805</Characters>
  <Application>Microsoft Office Word</Application>
  <DocSecurity>0</DocSecurity>
  <Lines>48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6759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Sekretariat</cp:lastModifiedBy>
  <cp:revision>2</cp:revision>
  <cp:lastPrinted>2026-10-29T11:56:00Z</cp:lastPrinted>
  <dcterms:created xsi:type="dcterms:W3CDTF">2026-10-29T11:59:00Z</dcterms:created>
  <dcterms:modified xsi:type="dcterms:W3CDTF">2026-10-29T11:59:00Z</dcterms:modified>
</cp:coreProperties>
</file>